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42.87537, 74.59093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Киев көчөсүндөгү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42.87537, 74.59093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Дом на улице Киевской" title="Дом на улице Кие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8081ed1f2927d09f3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Киевской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Киев көчөсүндөгү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Киевскаядагы үй 50-жылдары курулган эки кабаттуу турак жай.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https://bimap.su/description/frunze/41_Dom_na_Kievskoi.txt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42.87537, 74.59093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