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Kievskaya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улице Киевской" title="Дом на улице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081ed1f2927d09f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Киевской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Kievskaya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Kievskaya A two-story residential building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https://bimap.su/description/frunze/41_Dom_na_Kievskoi.txt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