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Кузнечка. Улица Правды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626" cy="2232000"/>
            <wp:docPr id="2" name="Picture 2" descr="Кузнечка. Улица Правды" title="Кузнечка. Улица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72602baeaf8519086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6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Кузнечка. Улица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Кузнечка. Улица Правды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Кузнечка. Улица Правды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https://bimap.su/description/frunze/40_Kuznechka.txt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