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Blacksmith. Pravda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626" cy="2232000"/>
            <wp:docPr id="2" name="Picture 2" descr="Кузнечка. Улица Правды" title="Кузнечка. Улица Прав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72602baeaf8519086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6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Кузнечка. Улица Правды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Blacksmith. Pravda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﻿Kuznechka. Pravdy Street Kuznechnaya Street. Preserved the appearance of the old city.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https://bimap.su/description/frunze/40_Kuznechka.txt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42.88461, 74.61684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