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42.86764, 74.59535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Институт материнства и детства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42.86764, 74.59535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4481" cy="2232000"/>
            <wp:docPr id="2" name="Picture 2" descr="Институт материнства и детства" title="Институт материнства и детст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6a74d15d24c0b8d553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448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Институт материнства и детства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Институт материнства и детства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Владимира Петрова.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https://bimap.su/description/frunze/39_Institut_Materi.txt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42.86764, 74.59535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