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42.86764, 74.59535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Institute of Motherhood and Childhood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42.86764, 74.59535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Институт материнства и детства" title="Институт материнства и детст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6a74d15d24c0b8d553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Институт материнства и детства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Institute of Motherhood and Childhood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Institute of Motherhood and Childhood. Photo by Petrov The building of the Institute of Motherhood and Childhood was built in 1940.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https://bimap.su/description/frunze/39_Institut_Materi.txt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42.86764, 74.59535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