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Первомайское районо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Первомайское районо" title="Первомайское райо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50cba3a9dfee9d3cb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Первомайское районо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Первомайское районо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https://bimap.su/description/frunze/38_Raiono.txt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42.86926, 74.60420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