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42.81020, 74.59622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Южная окраина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42.81020, 74.59622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69621" cy="2232000"/>
            <wp:docPr id="2" name="Picture 2" descr="Южная окраина" title="Южная окра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57c9ee9bd27d9cb1c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96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Южная окраина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Южная окраина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альбома «Киргизия», 1985г.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https://bimap.su/description/frunze/36_Iujnaia_okraina.txt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42.81020, 74.59622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