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Түштүк четтери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69621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57c9ee9bd27d9cb1c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96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Түштүк четтери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Түштүк четтери. Сүрөт «Кыргызстан» альбомунан, 1985-жыл Шаар четиндеги Орто-Сай жана Чоң-Арык айылдары.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https://bimap.su/description/frunze/36_Iujnaia_okraina.txt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