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 куштун көзүнөн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0869" cy="2232000"/>
            <wp:docPr id="2" name="Picture 2" descr="Улица Боконбаева с высоты птичьего полета" title="Улица Боконбаева с высоты птичьего пол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91b8f85429c1b065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0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Боконбаева с высоты птичьего полета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 куштун көзүнөн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Бөкөнбаев көчөсү куштун көзүнөн. Сүрөт “Кыргызстан” альбомунан, 1985-жылы Көчөгө кыргыз совет акыны жана драматургу Жоомарт Бөкөнбаевдин ысымы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https://bimap.su/description/frunze/35_Ulitsa_Bokonbaeva.txt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