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Bokonbaeva Street from a bird's eye view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0869" cy="2232000"/>
            <wp:docPr id="2" name="Picture 2" descr="Улица Боконбаева с высоты птичьего полета" title="Улица Боконбаева с высоты птичьего пол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91b8f85429c1b065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08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Боконбаева с высоты птичьего полета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Bokonbaeva Street from a bird's eye view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Bokonbaeva Street from a bird's eye view. Photo from the album “Kyrgyzstan”, 1985 The street is named after the Kyrgyz Soviet poet and playwright Djoomart Bokonbaev.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https://bimap.su/description/frunze/35_Ulitsa_Bokonbaeva.txt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42.86654, 74.61695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