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42.86227, 74.59423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Инфекционная больница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42.86227, 74.59423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Инфекционная больница" title="Инфекционная больниц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4cdd0c7e23868738f7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Инфекционная больница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Инфекционная больница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https://bimap.su/description/frunze/34_Bolnitsa.txt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42.86227, 74.59423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