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42.86227, 74.59423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Жугуштуу оорулар ооруканасы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42.86227, 74.59423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4481" cy="2232000"/>
            <wp:docPr id="2" name="Picture 2" descr="Инфекционная больница" title="Инфекционная боль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4cdd0c7e23868738f7f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448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Инфекционная больница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Жугуштуу оорулар ооруканасы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Жугуштуу оорулар ооруканасы. Петровдун фотосу 1942-жылы Республикалык клиникалык оорукананын жугуштуу оорулар бөлүмүнүн базасында ачылган.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https://bimap.su/description/frunze/34_Bolnitsa.txt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42.86227, 74.59423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