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Infectious Diseases Hospital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Инфекционная больница" title="Инфекционная бо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cdd0c7e23868738f7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Инфекционная больница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Infectious Diseases Hospital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Infectious Diseases Hospital. Photo by Petrov Opened in 1942 on the basis of the infectious diseases department of the Republican Clinical Hospital.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https://bimap.su/description/frunze/34_Bolnitsa.txt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