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Звонница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51260" cy="2232000"/>
            <wp:docPr id="1" name="Picture 1" descr="Звонница" title="Звон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fabb4b1480c9e0f3e0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126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Звонница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Звонница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Свято-Никольская церковь, звонница. Построена в 1886г. Рисунок Б.Смирнова, 1904г.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https://bimap.su/description/pishpek/24_Church.txt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42.87819, 74.60674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