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42.86548, 74.58922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Киргизгидромета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42.86548, 74.58922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Здание Киргизгидромета" title="Здание Киргизгидром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064ffa1fadba79eba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Киргизгидромета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Киргизгидромета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https://bimap.su/description/frunze/33_Meteoslujba.txt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42.86548, 74.58922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