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42.86548, 74.58922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Кыргызгидрометтин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42.86548, 74.58922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Здание Киргизгидромета" title="Здание Киргизгидром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064ffa1fadba79eb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Киргизгидромета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Кыргызгидрометтин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Кыргызгидрометтин имараты. В.Петровдун фотосу Кыргызстандын гидрометеорологиялык кызматынын тузулгендугунун официалдуу датасы 1926-жылдын 26-августу болуп эсептелет, ал кезде Кыргыз Автономиялуу Советтик Социалисттик Республикасынын Жер Эл Комиссариатынын алдында метеорология бюросу тузулгон. Бирок системалуу метеорологиялык жана гидрологиялык байкоолор 19-кылымдын 80-жылдарында башталган. Кыргызстандын аймагындагы биринчи метеорологиялык станц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https://bimap.su/description/frunze/33_Meteoslujba.txt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42.86548, 74.58922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