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Склады горторга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Склады горторга" title="Склады горторг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0561c02d1288b6208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Склады горторга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Склады горторга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https://bimap.su/description/frunze/32_Sklady.txt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