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Gortorg Warehouses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Склады горторга" title="Склады горторг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0561c02d1288b6208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Склады горторга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Gortorg Warehouses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Gortorg Warehouses. Photo by V. Petrov Warehouses of the City Trade Store.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https://bimap.su/description/frunze/32_Sklady.txt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42.86551, 74.59093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