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Баня на бульваре Молодая Гвардии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854" cy="2232000"/>
            <wp:docPr id="2" name="Picture 2" descr="Баня на бульваре Молодая Гвардии" title="Баня на бульваре Молодая Гвард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28a8745ad8453654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8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Баня на бульваре Молодая Гвардии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Баня на бульваре Молодая Гвардии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https://bimap.su/description/frunze/31_Bania.txt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