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42.86817, 74.57408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Жаш Гвардия бульварындагы мончо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42.86817, 74.57408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4854" cy="2232000"/>
            <wp:docPr id="2" name="Picture 2" descr="Баня на бульваре Молодая Гвардии" title="Баня на бульваре Молодая Гвард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c28a8745ad84536548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485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Баня на бульваре Молодая Гвардии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Жаш Гвардия бульварындагы мончо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Жаш Гвардиядагы мончо. В Петровдун фотосу Мончонун курулушу 1937-жылы башталган.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https://bimap.su/description/frunze/31_Bania.txt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42.86817, 74.57408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