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42.86817, 74.57408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Bathhouse on Molodaya Gvardiya Boulevard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42.86817, 74.57408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4854" cy="2232000"/>
            <wp:docPr id="2" name="Picture 2" descr="Баня на бульваре Молодая Гвардии" title="Баня на бульваре Молодая Гвард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c28a8745ad84536548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485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Баня на бульваре Молодая Гвардии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Bathhouse on Molodaya Gvardiya Boulevard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Bathhouse on Molodaya Gvardiya. Photo by V. Petrov Construction of the bathhouse began in 1937.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https://bimap.su/description/frunze/31_Bania.txt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42.86817, 74.57408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