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42.86773, 74.57409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Бассейн на бульваре Молодая Гвардии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42.86773, 74.57409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386873" cy="2232000"/>
            <wp:docPr id="2" name="Picture 2" descr="Бассейн на бульваре Молодая Гвардии" title="Бассейн на бульваре Молодая Гварди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aea6817ac675375942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8687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Бассейн на бульваре Молодая Гвардии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Бассейн на бульваре Молодая Гвардии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https://bimap.su/description/frunze/30_Bassein.txt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42.86773, 74.57409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