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42.86773, 74.57409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1" name="Picture 1" descr="Иллюстрация эпохи Пишпек" title="Пишп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Жаш Гвардия бульварындагы бассейн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42.86773, 74.57409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2386873" cy="2232000"/>
            <wp:docPr id="2" name="Picture 2" descr="Бассейн на бульваре Молодая Гвардии" title="Бассейн на бульваре Молодая Гвардии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5aea6817ac6753759424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386873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Бассейн на бульваре Молодая Гвардии · Владимира Петрова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  <w:r>
        <w:rPr>
          <w:rFonts w:ascii="Arial" w:hAnsi="Arial" w:eastAsia="Arial"/>
          <w:b/>
          <w:color w:val="242C2F"/>
          <w:sz w:val="20"/>
        </w:rPr>
        <w:t xml:space="preserve">  Жаш Гвардия бульварындагы бассейн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﻿ Жаш Гвардия бульварындагы бассейн. В Петровдун фотосу 1983-жылы Фрунзеде 8 бассейн болсо, анын 4у жабык. Жаш Гвардиядагы жабык бассейн 1958-жылы курулган.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Булак: https://bimap.su/description/frunze/30_Bassein.txt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42.86773, 74.57409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Бишкек" title="Бишк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png"/><Relationship Id="rId13" Type="http://schemas.openxmlformats.org/officeDocument/2006/relationships/image" Target="media/image2.jp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