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Темир жол ооруканасы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Железнодорожная больница" title="Железнодорожная боль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2faefdced5b70df8c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Железнодорожная больница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Темир жол ооруканасы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Темир жол ооруканасы. Петров атындагы темир жол ооруканасынын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https://bimap.su/description/frunze/28_Bolnitsa.txt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