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Railway Hospital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Железнодорожная больница" title="Железнодорож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2faefdced5b70df8c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Железнодорожная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Railway Hospital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Railway Hospital. Photo by Petrov Railway Hospital.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