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42.87132, 74.56479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Эт комбинаты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42.87132, 74.56479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41212" cy="2232000"/>
            <wp:docPr id="2" name="Picture 2" descr="Мясокомбинат" title="Мясокомбин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58947d05e6e449eb2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121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Мясокомбинат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Эт комбинаты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Эт комбинаты Эт комбинаты 1931-жылы чехословакиялык “Интергельпо” кооперативи тарабынан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https://bimap.su/description/frunze/27_Miasokombinat.txt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42.87132, 74.56479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