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Тоголока Молдо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Тоголока Молдо" title="Дом на улице Тоголока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647326c9049c0d9a9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Тоголока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Тоголока Молдо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https://bimap.su/description/frunze/26_Dom_na_Togolok_Moldo.txt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