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42.88654, 74.59640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Тоголок Молдо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42.88654, 74.59640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Тоголока Молдо" title="Дом на улице Тоголока Молд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647326c9049c0d9a9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Тоголока Молдо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Тоголок Молдо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Тоголок Молдодогу үй. В Петровдун фотосу Тоголок Молдо кочосундо 40-жылдары курулган эки кабаттуу турак-жай.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https://bimap.su/description/frunze/26_Dom_na_Togolok_Moldo.txt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42.88654, 74.59640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