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42.88781, 74.59645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на улице Тоголока Молдо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42.88781, 74.59645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Дом на улице Тоголока Молдо" title="Дом на улице Тоголока Молд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b393d8b34dcd54f816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улице Тоголока Молдо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улице Тоголока Молдо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https://bimap.su/description/frunze/25_Dom_na_Togolok_Moldo.txt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42.88781, 74.59645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