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42.88781, 74.59645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Тоголок Молдо көчөсүндөгү үй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42.88781, 74.59645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4481" cy="2232000"/>
            <wp:docPr id="2" name="Picture 2" descr="Дом на улице Тоголока Молдо" title="Дом на улице Тоголока Молдо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b393d8b34dcd54f816c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448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на улице Тоголока Молдо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Тоголок Молдо көчөсүндөгү үй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Тоголок Молдодогу үй. В Петровдун фотосу Тоголок Молдо кочосундо 40-жылдары курулган эки кабаттуу турак-жай.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https://bimap.su/description/frunze/25_Dom_na_Togolok_Moldo.txt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42.88781, 74.59645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