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Гапара Айтиева на улице Боконбаева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Гапара Айтиева на улице Боконбаева" title="Дом Гапара Айтиева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c0e8b568b71434ef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Гапара Айтиева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Гапара Айтиева на улице Боконбаева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https://bimap.su/description/frunze/24_Dom_Aitieva.txt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