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42.86691, 74.60315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Бөкөнбаев көчөсүндөгү Гапар Айтиевдин үйү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42.86691, 74.60315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Дом Гапара Айтиева на улице Боконбаева" title="Дом Гапара Айтиева на улице Боконбаев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d4c0e8b568b71434ef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Гапара Айтиева на улице Боконбаева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Бөкөнбаев көчөсүндөгү Гапар Айтиевдин үйү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Гапар Айтиевдин Бөкөнбаев көчөсүндөгү үйү. В.Петровдун фотосу Бул үйдө советтик кыргыздын алгачкы сүрөтчүлөрүнүн бири, Кыргыз ССРинин жана СССРдин эл артисти, Социалисттик Эмгектин Баатыры Гапар Айтиев жашаган.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https://bimap.su/description/frunze/24_Dom_Aitieva.txt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42.86691, 74.60315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