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Свято-Никольская церковь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42.87824, 74.60681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20990" cy="2232000"/>
            <wp:docPr id="1" name="Picture 1" descr="Свято-Никольская церковь" title="Свято-Никольская церков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c9866984a70de90d5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09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Свято-Никольская церковь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Свято-Никольская церковь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Построена в 1886г. Фото из архива В.Я.Галицкого.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https://bimap.su/description/pishpek/23_Church.txt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42.87824, 74.60681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42.87824, 74.60681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