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St. Nicholas Church</w:t>
      </w:r>
    </w:p>
    <w:p>
      <w:pPr>
        <w:spacing w:after="100"/>
        <w:jc w:val="center"/>
      </w:pPr>
      <w:r>
        <w:rPr>
          <w:rFonts w:ascii="Arial" w:hAnsi="Arial" w:eastAsia="Arial"/>
          <w:b w:val="0"/>
          <w:color w:val="606667"/>
          <w:sz w:val="17"/>
        </w:rPr>
        <w:t>42.87824, 74.60681</w:t>
      </w:r>
    </w:p>
    <w:p>
      <w:pPr>
        <w:spacing w:before="0" w:after="20"/>
        <w:jc w:val="center"/>
      </w:pPr>
      <w:r>
        <w:drawing>
          <wp:inline xmlns:a="http://schemas.openxmlformats.org/drawingml/2006/main" xmlns:pic="http://schemas.openxmlformats.org/drawingml/2006/picture">
            <wp:extent cx="1620990" cy="2232000"/>
            <wp:docPr id="1" name="Picture 1" descr="Свято-Никольская церковь" title="Свято-Никольская церковь"/>
            <wp:cNvGraphicFramePr>
              <a:graphicFrameLocks noChangeAspect="1"/>
            </wp:cNvGraphicFramePr>
            <a:graphic>
              <a:graphicData uri="http://schemas.openxmlformats.org/drawingml/2006/picture">
                <pic:pic>
                  <pic:nvPicPr>
                    <pic:cNvPr id="0" name="e8c9866984a70de90d59.jpg"/>
                    <pic:cNvPicPr/>
                  </pic:nvPicPr>
                  <pic:blipFill>
                    <a:blip r:embed="rId12"/>
                    <a:stretch>
                      <a:fillRect/>
                    </a:stretch>
                  </pic:blipFill>
                  <pic:spPr>
                    <a:xfrm>
                      <a:off x="0" y="0"/>
                      <a:ext cx="1620990" cy="2232000"/>
                    </a:xfrm>
                    <a:prstGeom prst="rect"/>
                  </pic:spPr>
                </pic:pic>
              </a:graphicData>
            </a:graphic>
          </wp:inline>
        </w:drawing>
      </w:r>
    </w:p>
    <w:p>
      <w:pPr>
        <w:spacing w:after="60"/>
        <w:jc w:val="center"/>
      </w:pPr>
      <w:r>
        <w:rPr>
          <w:rFonts w:ascii="Arial" w:hAnsi="Arial" w:eastAsia="Arial"/>
          <w:b w:val="0"/>
          <w:color w:val="606667"/>
          <w:sz w:val="15"/>
        </w:rPr>
        <w:t>Свято-Никольская церковь</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St. Nicholas Church</w:t>
      </w:r>
    </w:p>
    <w:p>
      <w:pPr>
        <w:widowControl/>
        <w:spacing w:before="0" w:after="60" w:line="247" w:lineRule="auto"/>
      </w:pPr>
      <w:r>
        <w:rPr>
          <w:rFonts w:ascii="Arial" w:hAnsi="Arial" w:eastAsia="Arial"/>
          <w:b w:val="0"/>
          <w:color w:val="242C2F"/>
          <w:sz w:val="19"/>
        </w:rPr>
        <w:t>﻿ St. Nicholas Church. Built in 1886. In 1867, with the help of believers, a temporary church of St. Nicholas was built from adobe brick, which served the parishioners for almost twenty years. In 1886, thanks to the funds raised and donations from the merchant N.I. Ivanov, a stone cathedral was erected in the same place in the name of St. Nicholas the Wonderworker. The three-dimensional layout of the church is simple. A square-shaped base on a hi</w:t>
      </w:r>
    </w:p>
    <w:p>
      <w:pPr>
        <w:spacing w:before="20" w:after="0"/>
      </w:pPr>
      <w:r>
        <w:rPr>
          <w:rFonts w:ascii="Arial" w:hAnsi="Arial" w:eastAsia="Arial"/>
          <w:b w:val="0"/>
          <w:color w:val="606667"/>
          <w:sz w:val="14"/>
        </w:rPr>
        <w:t>Source: https://bimap.su/description/pishpek/23_Church.txt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42.87824, 74.60681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42.87824, 74.60681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