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42.86711, 74.60762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на улице Боконбаева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42.86711, 74.60762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Дом на улице Боконбаева" title="Дом на улице Боконбае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1fa9c5cb880beb618b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Боконбаева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улице Боконбаева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https://bimap.su/description/frunze/23a_Dom_na_Bokonbaeva.txt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42.86711, 74.60762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