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fa9c5cb880beb618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Бөкөнбаев көчөсүндөгү үй. В Петровдун фотосу Бөкөнбаев көчөсүндөгү эки кабаттуу үй. Көчөгө кыргыз совет акыны жана драматургу Жоомарт Бөкөнбаевдин ысымы ыйгарылган.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https://bimap.su/description/frunze/23a_Dom_na_Bokonbaeva.txt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