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Боконбаева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478cbe043646149f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Боконбаева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