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78cbe043646149f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Бөкөнбаев көчөсүндөгү үй. В Петровдун фотосу Бөкөнбаев көчөсүндөгү эки кабаттуу үй. Көчөгө кыргыз совет акыны жана драматургу Жоомарт Бөкөнбаевдин ысымы ыйгарылган.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