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Bokonbaeva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Боконбаева" title="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478cbe043646149f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Bokonbaeva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Bokonbaev Street. Photo by V. Petrov Two-story residential building on Bokonbaev Street. The street is named after the Kyrgyz Soviet poet and playwright Djoomart Bokonbaev.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https://bimap.su/description/frunze/23_Dom_na_Bokonbaeva.txt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42.86702, 74.60828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