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42.86654, 74.61034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улице Боконбаева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42.86654, 74.61034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Дом на улице Боконбаева" title="Дом на улице Боконба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acb369724cafb7c44b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Боконбаева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Боконбаева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https://bimap.su/description/frunze/22_Dom_na_Bokonbaeva.txt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42.86654, 74.61034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