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cb369724cafb7c44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Бөкөнбаев көчөсүндөгү үй. В Петровдун фотосу Бөкөнбаев көчөсүндөгү 50-жылдары курулган бир кабаттуу турак жай. Көчөгө кыргыз совет акыны жана драматургу Жоомарт Бөкөнбаевдин ысымы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42.86654, 74.61034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