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42.86793, 74.60356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улице Первомайской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42.86793, 74.60356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15328" cy="2232000"/>
            <wp:docPr id="2" name="Picture 2" descr="Дом на улице Первомайской" title="Дом на улице Первомай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7e3ac8783787a2ee2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153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Первомайской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Первомайской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улице Первомайской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https://bimap.su/description/frunze/21_Pervomayskaia_Engelsa.txt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42.86793, 74.60356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