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Сүйөркуловдун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Дом Суеркулова" title="Дом Суерку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af5ad2b81d15766cf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Суеркулова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Сүйөркуловдун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Сүйөркуловдун үйү. В Петровдун фотосу Бул уйде Кыргыз ССР Министрлер Советинин Председатели А Суеркулов жашаган.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https://bimap.su/description/frunze/20_Dom_Suerkulova.txt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42.86904, 74.60368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