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42.86890, 74.60424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Сыдыкбековдун үйү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42.86890, 74.60424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481" cy="2232000"/>
            <wp:docPr id="2" name="Picture 2" descr="Дом Сыдыкбекова" title="Дом Сыдыкбеко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04f6828c094510bee36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44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Сыдыкбекова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Сыдыкбековдун үйү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Сыдыкбековдун үйү. В. Петровдун фотосу Кыргыз ССРинин эл жазуучусу Тугелбай Сыдыкбековдун 1953-жылы курулган турак-жайы.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https://bimap.su/description/frunze/19_Dom_Sydykbekova.txt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42.86890, 74.60424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