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Sydykbekov's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Сыдыкбекова" title="Дом Сыдыкбе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4f6828c094510bee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Сыдыкбекова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Sydykbekov's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Sydykbekov's House. Photo by V. Petrov Residential house of the people's writer of the Kirghiz SSR Tugelbai Sydykbekov, built in 1953.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https://bimap.su/description/frunze/19_Dom_Sydykbekova.txt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