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Биринчи Майдагы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Первомайской" title="Дом на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5d7a676e3b1c6f302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Первомайской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Биринчи Майдагы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Майдагы үй. В. Петровдун фотосу 50-жылдары курулган Биринчи Майдагы турак жай.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https://bimap.su/description/frunze/18_Dom_na_Pervomayskoy.txt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42.86998, 74.60426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