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Pervomaiskaya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Первомайской" title="Дом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5d7a676e3b1c6f302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Первомайской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Pervomaiskaya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Pervomaiskaya. Photo by V. Petrov Residential building on Pervomaiskaya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