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42.87047, 74.60436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Министрлер Советинин Председателдеринин палатасы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42.87047, 74.60436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председателей Совмина" title="Дом председателей Совм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7107adf601258c15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председателей Совмина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Министрлер Советинин Председателдеринин палатасы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Министрлер Советинин Председателдеринин палатасы. В Петровдун фотосу 60-жылдарда курулган бул уйде Кыргыз ССР Министрлер Советинин Председатели А Суйунбаев менен С.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https://bimap.su/description/frunze/17_Dom_Sovmina.txt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42.87047, 74.60436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