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Пересечение улиц Первомайской и Калинина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Пересечение улиц Первомайской и Калинина" title="Пересечение улиц Первомайской и Кали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88a445a3af0bf697a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Первомайской и Калинина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улиц Первомайской и Калинина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https://bimap.su/description/frunze/16_Dom_na_Pervomayskoy.txt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